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Monatlicher Arbeitszeitnachweis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Monat / Jahr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Mitarbeiter/in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Firma / Standort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Datum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Tag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Arbeitsbeginn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Unterschrift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Arbeitsende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Unterschrift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Pause (Min.)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Stunden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Bemerkungen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Stunden gesamt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Datum, Unterschrift Mitarbeiter/in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Datum, Unterschrift Arbeitgeber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Kostenlose Vorlage von EasyHours · easyhours.de – Arbeitszeiten per Handy oder gemeinsamem Tablet erfassen statt auf Papier.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de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https://easyhours.de/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